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ARDINER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ARDINER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