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ANOEUV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ANOEUVR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