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YGIENIS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YGIENIS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