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MAINTENANCE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MAINTENANCE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