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DES GARDIENS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DES GARDIENS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