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WATCHM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WATCHM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