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LABOURERS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LABOURERS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