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RECOLECTOR DE DATOS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RECOLECTOR DE DATOS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