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SAR BOAT PILOT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SAR BOAT PILOT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