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BOAT PILOT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BOAT PILOT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L07600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