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HAUFFEU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HAUFFEU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