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SKILLED LABOURERS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SKILLED LABOURERS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