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ADIOPERAD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ADIOPERAD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