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ASSISTANT ELECTRICIEN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ASSISTANT ELECTRICIEN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L07200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