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LECTRICIA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LECTRICIA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