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MÉCAN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MÉCAN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