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RECOLECTORES DE DATOS S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RECOLECTORES DE DATOS SIG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