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AUFFEUR MÉCANICIE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AUFFEUR MÉCANICIE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