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RADIOPERADORES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RADIOPERADORES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