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LECTRIC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LECTRIC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