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AR BOAT LEA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AR BOAT LEAD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