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AL ACTIVIT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AL ACTIVIT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