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SPÉCIALISTE EHA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SPÉCIALISTE EHA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