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EN SISTEMAS DE INFORMACIÓN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EN SISTEMAS DE INFORMACIÓN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