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LIGHT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LIGHT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