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R SHORE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R SHORE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