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IONNAIRE BIOMÉ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IONNAIRE BIOMÉ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