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NSTRUCTION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NSTRUCTION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