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DE L' ENERGIE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DE L' ENERGIE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L03000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