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LOGÍSTICA TÉCNICA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LOGÍSTICA TÉCNICA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