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OSPITAL FACILITIES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OSPITAL FACILITIES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