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LOGISTICS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LOGISTICS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