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ICS AND SUPPLY CHAIN TEAM LEAD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ICS AND SUPPLY CHAIN TEAM LEAD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