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AND SUPPLY CHAIN TEAM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AND SUPPLY CHAIN TEAM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