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EQUIPO DE AGUA Y SANEAMIENTO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EQUIPO DE AGUA Y SANEAMIENTO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