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WATSAN TEAM LEADER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WATSAN TEAM LEADER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