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RESPONSABLE D'ÉQUIPE LOGISTIQUE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RESPONSABLE D'ÉQUIPE LOGISTIQUE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L01500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16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