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DEPUTY COORDINATOR in charge of LOGISTICS AND SUPPLY CHAIN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DEPUTY COORDINATOR in charge of LOGISTICS AND SUPPLY CHAIN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L00800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17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