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COORDINATEUR EHA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COORDINATEUR EHA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L00400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