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COORDINADOR DE AGUA Y SANEAMIENTO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COORDINADOR DE AGUA Y SANEAMIENTO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