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WATSAN COORDINATOR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WATSAN COORDINATOR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