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LOGISTIQUE TECHN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LOGISTIQUE TECHN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