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ECHNICAL LOGISTIC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ECHNICAL LOGISTIC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