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LOGISTICS AND SUPPLY CHAIN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LOGISTICS AND SUPPLY CHAIN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L00200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