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COORDINADOR DE LOGÍSTICA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COORDINADOR DE LOGÍSTICA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L00100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