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OFFICE/ HEAD OF MESO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OFFICE/ HEAD OF MESO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