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MOBILIT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MOBILIT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