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OR OF ADMINISTR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OR OF ADMINISTR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