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CLERK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CLERK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