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HARGÉ DE FORMATIO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HARGÉ DE FORMATIO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